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F1DD" w14:textId="77777777" w:rsidR="001609E1" w:rsidRDefault="001609E1">
      <w:pPr>
        <w:pStyle w:val="Kicker"/>
      </w:pPr>
    </w:p>
    <w:p w14:paraId="70316827" w14:textId="77777777" w:rsidR="00157769" w:rsidRPr="00715D5B" w:rsidRDefault="00BB06C9" w:rsidP="00A90E8A">
      <w:pPr>
        <w:jc w:val="center"/>
        <w:rPr>
          <w:b/>
          <w:color w:val="143A63"/>
          <w:sz w:val="28"/>
          <w:szCs w:val="28"/>
          <w:lang w:val="pt-BR"/>
        </w:rPr>
      </w:pPr>
      <w:r w:rsidRPr="00715D5B">
        <w:rPr>
          <w:b/>
          <w:color w:val="143A63"/>
          <w:sz w:val="28"/>
          <w:szCs w:val="28"/>
          <w:lang w:val="pt-BR"/>
        </w:rPr>
        <w:t>AVRIG = ACASĂ în Țara Făgărașului</w:t>
      </w:r>
    </w:p>
    <w:p w14:paraId="73207172" w14:textId="77777777" w:rsidR="00A056A8" w:rsidRPr="00715D5B" w:rsidRDefault="00A056A8" w:rsidP="00A056A8">
      <w:pPr>
        <w:jc w:val="center"/>
        <w:rPr>
          <w:szCs w:val="20"/>
          <w:lang w:val="pt-BR"/>
        </w:rPr>
      </w:pPr>
      <w:r w:rsidRPr="00715D5B">
        <w:rPr>
          <w:b/>
          <w:szCs w:val="20"/>
          <w:lang w:val="pt-BR"/>
        </w:rPr>
        <w:t>Rețea Integrată pentru Prevenirea Separării Copilului de Familie</w:t>
      </w:r>
    </w:p>
    <w:p w14:paraId="48609FFD" w14:textId="77777777" w:rsidR="00A056A8" w:rsidRPr="00FF065E" w:rsidRDefault="00A056A8" w:rsidP="00A90E8A">
      <w:pPr>
        <w:jc w:val="center"/>
        <w:rPr>
          <w:lang w:val="pt-BR"/>
        </w:rPr>
      </w:pPr>
    </w:p>
    <w:p w14:paraId="0195806A" w14:textId="77777777" w:rsidR="00157769" w:rsidRPr="0004206E" w:rsidRDefault="00157769">
      <w:pPr>
        <w:spacing w:after="20"/>
        <w:rPr>
          <w:lang w:val="pt-PT"/>
        </w:rPr>
      </w:pPr>
    </w:p>
    <w:p w14:paraId="5F6C1F93" w14:textId="2C5D9743" w:rsidR="00157769" w:rsidRPr="0004206E" w:rsidRDefault="00157769">
      <w:pPr>
        <w:keepNext/>
        <w:spacing w:after="100"/>
        <w:rPr>
          <w:lang w:val="pt-PT"/>
        </w:rPr>
      </w:pPr>
    </w:p>
    <w:p w14:paraId="316D93E6" w14:textId="77777777" w:rsidR="0004206E" w:rsidRPr="0004206E" w:rsidRDefault="0004206E" w:rsidP="0004206E">
      <w:pPr>
        <w:spacing w:after="96"/>
        <w:ind w:right="4"/>
        <w:jc w:val="center"/>
        <w:rPr>
          <w:lang w:val="pt-PT"/>
        </w:rPr>
      </w:pPr>
      <w:r w:rsidRPr="0004206E">
        <w:rPr>
          <w:b/>
          <w:sz w:val="36"/>
          <w:lang w:val="pt-PT"/>
        </w:rPr>
        <w:t xml:space="preserve">FIŞA POSTULUI </w:t>
      </w:r>
    </w:p>
    <w:p w14:paraId="53CF9BC5" w14:textId="77777777" w:rsidR="0004206E" w:rsidRPr="0004206E" w:rsidRDefault="0004206E" w:rsidP="0004206E">
      <w:pPr>
        <w:spacing w:after="0"/>
        <w:rPr>
          <w:lang w:val="pt-PT"/>
        </w:rPr>
      </w:pPr>
      <w:r w:rsidRPr="0004206E">
        <w:rPr>
          <w:sz w:val="22"/>
          <w:lang w:val="pt-PT"/>
        </w:rPr>
        <w:t xml:space="preserve"> </w:t>
      </w:r>
    </w:p>
    <w:p w14:paraId="5E97BDC4" w14:textId="77777777" w:rsidR="0004206E" w:rsidRPr="0004206E" w:rsidRDefault="0004206E" w:rsidP="0004206E">
      <w:pPr>
        <w:spacing w:after="3"/>
        <w:ind w:left="-5"/>
        <w:rPr>
          <w:lang w:val="pt-PT"/>
        </w:rPr>
      </w:pPr>
      <w:r w:rsidRPr="0004206E">
        <w:rPr>
          <w:sz w:val="22"/>
          <w:lang w:val="pt-PT"/>
        </w:rPr>
        <w:t xml:space="preserve">DESCRIEREA POSTULUI: </w:t>
      </w:r>
      <w:r w:rsidRPr="0004206E">
        <w:rPr>
          <w:b/>
          <w:sz w:val="22"/>
          <w:lang w:val="pt-PT"/>
        </w:rPr>
        <w:t>Asistent medical evaluator</w:t>
      </w:r>
      <w:r w:rsidRPr="0004206E">
        <w:rPr>
          <w:sz w:val="22"/>
          <w:lang w:val="pt-PT"/>
        </w:rPr>
        <w:t xml:space="preserve"> </w:t>
      </w:r>
    </w:p>
    <w:p w14:paraId="7E57E2F0" w14:textId="77777777" w:rsidR="0004206E" w:rsidRPr="0004206E" w:rsidRDefault="0004206E" w:rsidP="0004206E">
      <w:pPr>
        <w:spacing w:after="0"/>
        <w:rPr>
          <w:lang w:val="pt-PT"/>
        </w:rPr>
      </w:pPr>
      <w:r w:rsidRPr="0004206E">
        <w:rPr>
          <w:sz w:val="22"/>
          <w:lang w:val="pt-PT"/>
        </w:rPr>
        <w:t>Cod ocupaţie –</w:t>
      </w:r>
      <w:r w:rsidRPr="0004206E">
        <w:rPr>
          <w:color w:val="FF0000"/>
          <w:sz w:val="22"/>
          <w:lang w:val="pt-PT"/>
        </w:rPr>
        <w:t xml:space="preserve">COD COR 325901 Asistent Medical </w:t>
      </w:r>
      <w:r w:rsidRPr="0004206E">
        <w:rPr>
          <w:sz w:val="22"/>
          <w:lang w:val="pt-PT"/>
        </w:rPr>
        <w:t xml:space="preserve"> </w:t>
      </w:r>
    </w:p>
    <w:p w14:paraId="0CAA101F" w14:textId="77777777" w:rsidR="0004206E" w:rsidRPr="0004206E" w:rsidRDefault="0004206E" w:rsidP="0004206E">
      <w:pPr>
        <w:spacing w:after="57"/>
        <w:rPr>
          <w:lang w:val="pt-PT"/>
        </w:rPr>
      </w:pPr>
      <w:r w:rsidRPr="0004206E">
        <w:rPr>
          <w:b/>
          <w:lang w:val="pt-PT"/>
        </w:rPr>
        <w:t xml:space="preserve"> </w:t>
      </w:r>
    </w:p>
    <w:p w14:paraId="73391D58" w14:textId="77777777" w:rsidR="0004206E" w:rsidRPr="0004206E" w:rsidRDefault="0004206E" w:rsidP="0004206E">
      <w:pPr>
        <w:spacing w:after="8" w:line="285" w:lineRule="auto"/>
        <w:jc w:val="both"/>
        <w:rPr>
          <w:lang w:val="pt-PT"/>
        </w:rPr>
      </w:pPr>
      <w:r w:rsidRPr="0004206E">
        <w:rPr>
          <w:b/>
          <w:lang w:val="pt-PT"/>
        </w:rPr>
        <w:t xml:space="preserve">Rol: </w:t>
      </w:r>
      <w:r w:rsidRPr="0004206E">
        <w:rPr>
          <w:sz w:val="22"/>
          <w:lang w:val="pt-PT"/>
        </w:rPr>
        <w:t xml:space="preserve">Asistentul medical evaluator are rolul de a evalua starea de sănătate a copilului și condițiile igienico-sanitare ale mediului familial, contribuind la fundamentarea planului de servicii prin integrarea componentei de informare / preventie in domeniul sănătatii în intervenția socială. </w:t>
      </w:r>
    </w:p>
    <w:p w14:paraId="7127BFFD" w14:textId="77777777" w:rsidR="0004206E" w:rsidRPr="0004206E" w:rsidRDefault="0004206E" w:rsidP="0004206E">
      <w:pPr>
        <w:spacing w:after="23"/>
        <w:rPr>
          <w:lang w:val="pt-PT"/>
        </w:rPr>
      </w:pPr>
      <w:r w:rsidRPr="0004206E">
        <w:rPr>
          <w:b/>
          <w:lang w:val="pt-PT"/>
        </w:rPr>
        <w:t xml:space="preserve"> </w:t>
      </w:r>
    </w:p>
    <w:p w14:paraId="1CFD330A" w14:textId="77777777" w:rsidR="0004206E" w:rsidRDefault="0004206E" w:rsidP="0004206E">
      <w:pPr>
        <w:spacing w:after="58"/>
        <w:ind w:left="10"/>
      </w:pPr>
      <w:r>
        <w:rPr>
          <w:b/>
        </w:rPr>
        <w:t xml:space="preserve">Atribuţiile postului: </w:t>
      </w:r>
    </w:p>
    <w:p w14:paraId="389BD04A" w14:textId="77777777" w:rsidR="0004206E" w:rsidRDefault="0004206E" w:rsidP="0004206E">
      <w:pPr>
        <w:spacing w:after="58"/>
        <w:ind w:left="715"/>
      </w:pPr>
      <w:r>
        <w:rPr>
          <w:b/>
        </w:rPr>
        <w:t xml:space="preserve">1. Evaluarea stării de sănătate a copilului </w:t>
      </w:r>
    </w:p>
    <w:p w14:paraId="4C926F90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pt-PT"/>
        </w:rPr>
      </w:pPr>
      <w:r w:rsidRPr="0004206E">
        <w:rPr>
          <w:lang w:val="pt-PT"/>
        </w:rPr>
        <w:t xml:space="preserve">identifică cu ajutorul medicului de familie probleme de sănătate existente sau potențiale (malnutriție, afecțiuni cronice, întârzieri de dezvoltare) </w:t>
      </w:r>
    </w:p>
    <w:p w14:paraId="28CEC87F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pt-PT"/>
        </w:rPr>
      </w:pPr>
      <w:r w:rsidRPr="0004206E">
        <w:rPr>
          <w:lang w:val="pt-PT"/>
        </w:rPr>
        <w:t xml:space="preserve">supraveghează respectarea normelor de igienă și sănătate în cadrul centrului; </w:t>
      </w:r>
    </w:p>
    <w:p w14:paraId="1FEE7A2B" w14:textId="77777777" w:rsidR="0004206E" w:rsidRDefault="0004206E" w:rsidP="0004206E">
      <w:pPr>
        <w:numPr>
          <w:ilvl w:val="0"/>
          <w:numId w:val="10"/>
        </w:numPr>
        <w:spacing w:after="60"/>
      </w:pPr>
      <w:r>
        <w:t xml:space="preserve">verifică statusul vaccinal și istoricul medical </w:t>
      </w:r>
    </w:p>
    <w:p w14:paraId="1AD188C8" w14:textId="77777777" w:rsidR="0004206E" w:rsidRPr="0004206E" w:rsidRDefault="0004206E" w:rsidP="0004206E">
      <w:pPr>
        <w:numPr>
          <w:ilvl w:val="0"/>
          <w:numId w:val="10"/>
        </w:numPr>
        <w:spacing w:after="19"/>
        <w:rPr>
          <w:lang w:val="es-ES"/>
        </w:rPr>
      </w:pPr>
      <w:r w:rsidRPr="0004206E">
        <w:rPr>
          <w:lang w:val="es-ES"/>
        </w:rPr>
        <w:t xml:space="preserve">analizează accesul copilului la servicii medicale </w:t>
      </w:r>
    </w:p>
    <w:p w14:paraId="73792D3B" w14:textId="77777777" w:rsidR="0004206E" w:rsidRPr="0004206E" w:rsidRDefault="0004206E" w:rsidP="0004206E">
      <w:pPr>
        <w:spacing w:after="51"/>
        <w:ind w:left="720"/>
        <w:rPr>
          <w:lang w:val="es-ES"/>
        </w:rPr>
      </w:pPr>
      <w:r w:rsidRPr="0004206E">
        <w:rPr>
          <w:lang w:val="es-ES"/>
        </w:rPr>
        <w:t xml:space="preserve"> </w:t>
      </w:r>
    </w:p>
    <w:p w14:paraId="0AC922B4" w14:textId="77777777" w:rsidR="0004206E" w:rsidRDefault="0004206E" w:rsidP="0004206E">
      <w:pPr>
        <w:numPr>
          <w:ilvl w:val="1"/>
          <w:numId w:val="10"/>
        </w:numPr>
        <w:spacing w:after="58"/>
        <w:ind w:hanging="286"/>
      </w:pPr>
      <w:r>
        <w:rPr>
          <w:b/>
        </w:rPr>
        <w:t xml:space="preserve">Evaluarea condițiilor igienico-sanitare </w:t>
      </w:r>
    </w:p>
    <w:p w14:paraId="61450704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pt-PT"/>
        </w:rPr>
      </w:pPr>
      <w:r w:rsidRPr="0004206E">
        <w:rPr>
          <w:lang w:val="pt-PT"/>
        </w:rPr>
        <w:t xml:space="preserve">evaluează igiena locuinței și a spațiului de locuit </w:t>
      </w:r>
    </w:p>
    <w:p w14:paraId="302B0410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pt-PT"/>
        </w:rPr>
      </w:pPr>
      <w:r w:rsidRPr="0004206E">
        <w:rPr>
          <w:lang w:val="pt-PT"/>
        </w:rPr>
        <w:t xml:space="preserve">analizează condițiile de preparare și depozitare a hranei </w:t>
      </w:r>
    </w:p>
    <w:p w14:paraId="7D47AAF5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es-ES"/>
        </w:rPr>
      </w:pPr>
      <w:r w:rsidRPr="0004206E">
        <w:rPr>
          <w:lang w:val="es-ES"/>
        </w:rPr>
        <w:t xml:space="preserve">verifică accesul la apă, grup sanitar, încălzire </w:t>
      </w:r>
    </w:p>
    <w:p w14:paraId="41766E58" w14:textId="77777777" w:rsidR="0004206E" w:rsidRPr="0004206E" w:rsidRDefault="0004206E" w:rsidP="0004206E">
      <w:pPr>
        <w:numPr>
          <w:ilvl w:val="0"/>
          <w:numId w:val="10"/>
        </w:numPr>
        <w:spacing w:after="19"/>
        <w:rPr>
          <w:lang w:val="pt-PT"/>
        </w:rPr>
      </w:pPr>
      <w:r w:rsidRPr="0004206E">
        <w:rPr>
          <w:lang w:val="pt-PT"/>
        </w:rPr>
        <w:t xml:space="preserve">identifică riscuri pentru sănătate (aglomerare, lipsa igienei, condiții improprii) </w:t>
      </w:r>
    </w:p>
    <w:p w14:paraId="7773EAD3" w14:textId="77777777" w:rsidR="0004206E" w:rsidRPr="0004206E" w:rsidRDefault="0004206E" w:rsidP="0004206E">
      <w:pPr>
        <w:spacing w:after="19"/>
        <w:rPr>
          <w:lang w:val="pt-PT"/>
        </w:rPr>
      </w:pPr>
      <w:r w:rsidRPr="0004206E">
        <w:rPr>
          <w:b/>
          <w:lang w:val="pt-PT"/>
        </w:rPr>
        <w:t xml:space="preserve"> </w:t>
      </w:r>
    </w:p>
    <w:p w14:paraId="35049E15" w14:textId="77777777" w:rsidR="0004206E" w:rsidRDefault="0004206E" w:rsidP="0004206E">
      <w:pPr>
        <w:numPr>
          <w:ilvl w:val="1"/>
          <w:numId w:val="10"/>
        </w:numPr>
        <w:spacing w:after="58"/>
        <w:ind w:hanging="286"/>
      </w:pPr>
      <w:r>
        <w:rPr>
          <w:b/>
        </w:rPr>
        <w:t xml:space="preserve">Identificarea riscurilor medicale </w:t>
      </w:r>
    </w:p>
    <w:p w14:paraId="0D31682B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pt-PT"/>
        </w:rPr>
      </w:pPr>
      <w:r w:rsidRPr="0004206E">
        <w:rPr>
          <w:lang w:val="pt-PT"/>
        </w:rPr>
        <w:t xml:space="preserve">identifică situații de risc pentru sănătatea copilului (infecții, neglijare medicală) </w:t>
      </w:r>
    </w:p>
    <w:p w14:paraId="3B75F99C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es-ES"/>
        </w:rPr>
      </w:pPr>
      <w:r w:rsidRPr="0004206E">
        <w:rPr>
          <w:lang w:val="es-ES"/>
        </w:rPr>
        <w:t xml:space="preserve">semnalează cazurile care necesită intervenție urgentă </w:t>
      </w:r>
    </w:p>
    <w:p w14:paraId="37F5B428" w14:textId="77777777" w:rsidR="0004206E" w:rsidRDefault="0004206E" w:rsidP="0004206E">
      <w:pPr>
        <w:numPr>
          <w:ilvl w:val="0"/>
          <w:numId w:val="10"/>
        </w:numPr>
        <w:spacing w:after="19"/>
      </w:pPr>
      <w:r>
        <w:t xml:space="preserve">contribuie la evaluarea globală a riscului de separare </w:t>
      </w:r>
    </w:p>
    <w:p w14:paraId="680D3E3E" w14:textId="77777777" w:rsidR="0004206E" w:rsidRDefault="0004206E" w:rsidP="0004206E">
      <w:pPr>
        <w:spacing w:after="58"/>
      </w:pPr>
      <w:r>
        <w:rPr>
          <w:b/>
        </w:rPr>
        <w:t xml:space="preserve"> </w:t>
      </w:r>
    </w:p>
    <w:p w14:paraId="5F19B6F3" w14:textId="77777777" w:rsidR="0004206E" w:rsidRDefault="0004206E" w:rsidP="0004206E">
      <w:pPr>
        <w:numPr>
          <w:ilvl w:val="1"/>
          <w:numId w:val="10"/>
        </w:numPr>
        <w:spacing w:after="58"/>
        <w:ind w:hanging="286"/>
      </w:pPr>
      <w:r>
        <w:rPr>
          <w:b/>
        </w:rPr>
        <w:t xml:space="preserve">Contribuția la planul de servicii </w:t>
      </w:r>
    </w:p>
    <w:p w14:paraId="788C6DBA" w14:textId="77777777" w:rsidR="0004206E" w:rsidRPr="0004206E" w:rsidRDefault="0004206E" w:rsidP="0004206E">
      <w:pPr>
        <w:numPr>
          <w:ilvl w:val="0"/>
          <w:numId w:val="10"/>
        </w:numPr>
        <w:spacing w:after="60"/>
        <w:rPr>
          <w:lang w:val="pt-PT"/>
        </w:rPr>
      </w:pPr>
      <w:r w:rsidRPr="0004206E">
        <w:rPr>
          <w:lang w:val="pt-PT"/>
        </w:rPr>
        <w:t xml:space="preserve">formulează recomandări medicale și igienico-sanitare </w:t>
      </w:r>
    </w:p>
    <w:p w14:paraId="3E5A7686" w14:textId="77777777" w:rsidR="0004206E" w:rsidRDefault="0004206E" w:rsidP="0004206E">
      <w:pPr>
        <w:numPr>
          <w:ilvl w:val="0"/>
          <w:numId w:val="10"/>
        </w:numPr>
        <w:spacing w:after="29"/>
      </w:pPr>
      <w:r>
        <w:t xml:space="preserve">contribuie la stabilirea măsurilor necesare (consultații, tratamente, monitorizare) </w:t>
      </w:r>
    </w:p>
    <w:p w14:paraId="2F81D98F" w14:textId="77777777" w:rsidR="0004206E" w:rsidRDefault="0004206E" w:rsidP="0004206E">
      <w:pPr>
        <w:numPr>
          <w:ilvl w:val="0"/>
          <w:numId w:val="10"/>
        </w:numPr>
        <w:spacing w:after="33"/>
      </w:pPr>
      <w:r>
        <w:t xml:space="preserve">sprijină integrarea componentei de informare/prevenire privind consumul de alcool, tutun și droguri precum si alte teme ce contribuie la dezvoltarea unui stil de viata sanatos în planul de intervenție </w:t>
      </w:r>
    </w:p>
    <w:p w14:paraId="2384057D" w14:textId="77777777" w:rsidR="0004206E" w:rsidRDefault="0004206E" w:rsidP="0004206E">
      <w:pPr>
        <w:spacing w:after="75"/>
      </w:pPr>
      <w:r>
        <w:rPr>
          <w:sz w:val="22"/>
        </w:rPr>
        <w:t xml:space="preserve"> </w:t>
      </w:r>
    </w:p>
    <w:p w14:paraId="1AD34B47" w14:textId="77777777" w:rsidR="0004206E" w:rsidRDefault="0004206E" w:rsidP="0004206E">
      <w:pPr>
        <w:numPr>
          <w:ilvl w:val="1"/>
          <w:numId w:val="10"/>
        </w:numPr>
        <w:spacing w:after="29"/>
        <w:ind w:hanging="286"/>
      </w:pPr>
      <w:r>
        <w:rPr>
          <w:b/>
        </w:rPr>
        <w:t xml:space="preserve">Colaborarea cu echipa multidisciplinară </w:t>
      </w:r>
    </w:p>
    <w:p w14:paraId="36FBA57B" w14:textId="77777777" w:rsidR="0004206E" w:rsidRDefault="0004206E" w:rsidP="0004206E">
      <w:pPr>
        <w:numPr>
          <w:ilvl w:val="0"/>
          <w:numId w:val="10"/>
        </w:numPr>
        <w:spacing w:after="60"/>
      </w:pPr>
      <w:r>
        <w:t xml:space="preserve">colaborează cu managerul de caz evaluator si ceilalti specialisti evaluatori; </w:t>
      </w:r>
    </w:p>
    <w:p w14:paraId="6F082C7C" w14:textId="77777777" w:rsidR="0004206E" w:rsidRDefault="0004206E" w:rsidP="0004206E">
      <w:pPr>
        <w:numPr>
          <w:ilvl w:val="0"/>
          <w:numId w:val="10"/>
        </w:numPr>
        <w:spacing w:after="2"/>
      </w:pPr>
      <w:r>
        <w:t xml:space="preserve">participă la întâlnirile echipei multidisciplinare pentru analiza cazurilor </w:t>
      </w:r>
    </w:p>
    <w:p w14:paraId="279F71DB" w14:textId="77777777" w:rsidR="0004206E" w:rsidRDefault="0004206E" w:rsidP="0004206E">
      <w:pPr>
        <w:spacing w:after="19"/>
        <w:ind w:left="720"/>
      </w:pPr>
      <w:r>
        <w:rPr>
          <w:sz w:val="22"/>
        </w:rPr>
        <w:t xml:space="preserve"> </w:t>
      </w:r>
    </w:p>
    <w:p w14:paraId="2ADFAC1C" w14:textId="77777777" w:rsidR="0004206E" w:rsidRPr="00875440" w:rsidRDefault="0004206E" w:rsidP="0004206E">
      <w:pPr>
        <w:numPr>
          <w:ilvl w:val="1"/>
          <w:numId w:val="10"/>
        </w:numPr>
        <w:spacing w:after="3"/>
        <w:ind w:hanging="286"/>
      </w:pPr>
      <w:r>
        <w:rPr>
          <w:b/>
          <w:sz w:val="22"/>
        </w:rPr>
        <w:lastRenderedPageBreak/>
        <w:t xml:space="preserve">Alte atributii relevante functiei ocupate </w:t>
      </w:r>
    </w:p>
    <w:p w14:paraId="61DA87EF" w14:textId="77777777" w:rsidR="0004206E" w:rsidRDefault="0004206E" w:rsidP="0004206E">
      <w:pPr>
        <w:spacing w:after="3"/>
        <w:rPr>
          <w:b/>
          <w:sz w:val="22"/>
        </w:rPr>
      </w:pPr>
    </w:p>
    <w:p w14:paraId="179DCCE5" w14:textId="77777777" w:rsidR="0004206E" w:rsidRDefault="0004206E" w:rsidP="0004206E">
      <w:pPr>
        <w:spacing w:after="3"/>
        <w:rPr>
          <w:b/>
          <w:sz w:val="22"/>
        </w:rPr>
      </w:pPr>
    </w:p>
    <w:p w14:paraId="1BCA2457" w14:textId="77777777" w:rsidR="0004206E" w:rsidRDefault="0004206E" w:rsidP="0004206E">
      <w:pPr>
        <w:spacing w:after="3"/>
        <w:rPr>
          <w:b/>
          <w:sz w:val="22"/>
        </w:rPr>
      </w:pPr>
    </w:p>
    <w:p w14:paraId="34E0EB75" w14:textId="77777777" w:rsidR="0004206E" w:rsidRDefault="0004206E" w:rsidP="0004206E">
      <w:pPr>
        <w:spacing w:after="3"/>
        <w:rPr>
          <w:b/>
          <w:sz w:val="22"/>
        </w:rPr>
      </w:pPr>
    </w:p>
    <w:p w14:paraId="33B5B6C7" w14:textId="77777777" w:rsidR="0004206E" w:rsidRDefault="0004206E" w:rsidP="0004206E">
      <w:pPr>
        <w:spacing w:after="3"/>
        <w:rPr>
          <w:b/>
          <w:sz w:val="22"/>
        </w:rPr>
      </w:pPr>
    </w:p>
    <w:p w14:paraId="5D31D0E0" w14:textId="77777777" w:rsidR="0004206E" w:rsidRDefault="0004206E" w:rsidP="0004206E">
      <w:pPr>
        <w:spacing w:after="3"/>
        <w:rPr>
          <w:b/>
          <w:sz w:val="22"/>
        </w:rPr>
      </w:pPr>
    </w:p>
    <w:p w14:paraId="5B270062" w14:textId="77777777" w:rsidR="0004206E" w:rsidRDefault="0004206E" w:rsidP="0004206E">
      <w:pPr>
        <w:spacing w:after="3"/>
      </w:pPr>
    </w:p>
    <w:tbl>
      <w:tblPr>
        <w:tblStyle w:val="TableGrid0"/>
        <w:tblW w:w="9062" w:type="dxa"/>
        <w:tblInd w:w="343" w:type="dxa"/>
        <w:tblCellMar>
          <w:top w:w="5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2285"/>
        <w:gridCol w:w="6777"/>
      </w:tblGrid>
      <w:tr w:rsidR="0004206E" w14:paraId="68EAF083" w14:textId="77777777" w:rsidTr="00EE0C76">
        <w:trPr>
          <w:trHeight w:val="385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95BC" w14:textId="77777777" w:rsidR="0004206E" w:rsidRDefault="0004206E" w:rsidP="00EE0C76">
            <w:pPr>
              <w:spacing w:after="0"/>
              <w:ind w:right="101"/>
              <w:jc w:val="center"/>
            </w:pPr>
            <w:r>
              <w:rPr>
                <w:b/>
                <w:color w:val="002060"/>
                <w:sz w:val="22"/>
              </w:rPr>
              <w:t>EDUCAȚIE SOLICITATA</w:t>
            </w:r>
          </w:p>
        </w:tc>
      </w:tr>
      <w:tr w:rsidR="0004206E" w:rsidRPr="0004206E" w14:paraId="45CD0B3A" w14:textId="77777777" w:rsidTr="00EE0C76">
        <w:trPr>
          <w:trHeight w:val="992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B9AC" w14:textId="77777777" w:rsidR="0004206E" w:rsidRDefault="0004206E" w:rsidP="00EE0C76">
            <w:pPr>
              <w:spacing w:after="160"/>
            </w:pPr>
            <w:r>
              <w:rPr>
                <w:color w:val="002060"/>
                <w:sz w:val="22"/>
              </w:rPr>
              <w:t xml:space="preserve">Descriere 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AB11" w14:textId="77777777" w:rsidR="0004206E" w:rsidRPr="00875440" w:rsidRDefault="0004206E" w:rsidP="00EE0C76">
            <w:pPr>
              <w:spacing w:after="0"/>
              <w:ind w:right="101"/>
              <w:rPr>
                <w:sz w:val="22"/>
              </w:rPr>
            </w:pPr>
            <w:r w:rsidRPr="00875440">
              <w:rPr>
                <w:sz w:val="22"/>
              </w:rPr>
              <w:t xml:space="preserve">Studii superioare în domeniul asistenței medicale </w:t>
            </w:r>
          </w:p>
          <w:p w14:paraId="1E536BC4" w14:textId="77777777" w:rsidR="0004206E" w:rsidRPr="00875440" w:rsidRDefault="0004206E" w:rsidP="00EE0C76">
            <w:pPr>
              <w:spacing w:after="0"/>
              <w:ind w:right="101"/>
              <w:rPr>
                <w:sz w:val="22"/>
              </w:rPr>
            </w:pPr>
            <w:r w:rsidRPr="00875440">
              <w:rPr>
                <w:sz w:val="22"/>
              </w:rPr>
              <w:t xml:space="preserve">Calificare de asistent medical generalist; </w:t>
            </w:r>
          </w:p>
          <w:p w14:paraId="015A07B6" w14:textId="77777777" w:rsidR="0004206E" w:rsidRDefault="0004206E" w:rsidP="00EE0C76">
            <w:pPr>
              <w:spacing w:after="0"/>
              <w:ind w:right="101"/>
              <w:rPr>
                <w:sz w:val="22"/>
              </w:rPr>
            </w:pPr>
            <w:r w:rsidRPr="00875440">
              <w:rPr>
                <w:sz w:val="22"/>
              </w:rPr>
              <w:t>Certificat de membru al Ordinului Asistenților Medicali Generaliști,</w:t>
            </w:r>
          </w:p>
          <w:p w14:paraId="75E68BDC" w14:textId="77777777" w:rsidR="0004206E" w:rsidRDefault="0004206E" w:rsidP="00EE0C76">
            <w:pPr>
              <w:spacing w:after="0"/>
              <w:ind w:right="101"/>
              <w:rPr>
                <w:sz w:val="22"/>
              </w:rPr>
            </w:pPr>
            <w:r w:rsidRPr="00875440">
              <w:rPr>
                <w:sz w:val="22"/>
              </w:rPr>
              <w:t xml:space="preserve">Moașelor și Asistenților Medicali din România (OAMGMAMR); </w:t>
            </w:r>
          </w:p>
          <w:p w14:paraId="28906059" w14:textId="77777777" w:rsidR="0004206E" w:rsidRPr="0004206E" w:rsidRDefault="0004206E" w:rsidP="00EE0C76">
            <w:pPr>
              <w:spacing w:after="0"/>
              <w:ind w:right="101"/>
              <w:rPr>
                <w:sz w:val="22"/>
                <w:lang w:val="pt-PT"/>
              </w:rPr>
            </w:pPr>
            <w:r w:rsidRPr="0004206E">
              <w:rPr>
                <w:sz w:val="22"/>
                <w:lang w:val="pt-PT"/>
              </w:rPr>
              <w:t>Aviz anual de liberă practică.</w:t>
            </w:r>
          </w:p>
        </w:tc>
      </w:tr>
      <w:tr w:rsidR="0004206E" w14:paraId="72683F13" w14:textId="77777777" w:rsidTr="00EE0C76">
        <w:trPr>
          <w:trHeight w:val="343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8231" w14:textId="77777777" w:rsidR="0004206E" w:rsidRDefault="0004206E" w:rsidP="00EE0C76">
            <w:pPr>
              <w:spacing w:after="0"/>
            </w:pPr>
            <w:r>
              <w:rPr>
                <w:color w:val="002060"/>
                <w:sz w:val="22"/>
              </w:rPr>
              <w:t xml:space="preserve">Durata solicitată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6EA4" w14:textId="77777777" w:rsidR="0004206E" w:rsidRDefault="0004206E" w:rsidP="00EE0C76">
            <w:pPr>
              <w:spacing w:after="0"/>
            </w:pPr>
            <w:r>
              <w:rPr>
                <w:sz w:val="22"/>
              </w:rPr>
              <w:t>Minim 3 ani</w:t>
            </w:r>
            <w:r>
              <w:rPr>
                <w:rFonts w:ascii="Georgia" w:eastAsia="Georgia" w:hAnsi="Georgia" w:cs="Georgia"/>
                <w:sz w:val="28"/>
              </w:rPr>
              <w:t xml:space="preserve"> </w:t>
            </w:r>
          </w:p>
        </w:tc>
      </w:tr>
      <w:tr w:rsidR="0004206E" w14:paraId="139EFDFE" w14:textId="77777777" w:rsidTr="00EE0C76">
        <w:trPr>
          <w:trHeight w:val="34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B045" w14:textId="77777777" w:rsidR="0004206E" w:rsidRDefault="0004206E" w:rsidP="00EE0C76">
            <w:pPr>
              <w:spacing w:after="0"/>
              <w:ind w:right="58"/>
              <w:jc w:val="center"/>
            </w:pPr>
            <w:r>
              <w:rPr>
                <w:b/>
                <w:color w:val="002060"/>
                <w:sz w:val="22"/>
              </w:rPr>
              <w:t>EXPERIENȚA</w:t>
            </w:r>
            <w:r>
              <w:rPr>
                <w:b/>
                <w:i/>
                <w:color w:val="002060"/>
                <w:sz w:val="22"/>
              </w:rPr>
              <w:t xml:space="preserve"> </w:t>
            </w:r>
            <w:r>
              <w:rPr>
                <w:b/>
                <w:color w:val="002060"/>
                <w:sz w:val="22"/>
              </w:rPr>
              <w:t xml:space="preserve">SOLICITATA </w:t>
            </w:r>
          </w:p>
        </w:tc>
      </w:tr>
      <w:tr w:rsidR="0004206E" w14:paraId="0A9CB246" w14:textId="77777777" w:rsidTr="00EE0C76">
        <w:trPr>
          <w:trHeight w:val="1464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B238" w14:textId="77777777" w:rsidR="0004206E" w:rsidRDefault="0004206E" w:rsidP="00EE0C76">
            <w:pPr>
              <w:spacing w:after="0"/>
            </w:pPr>
            <w:r>
              <w:rPr>
                <w:color w:val="002060"/>
                <w:sz w:val="22"/>
              </w:rPr>
              <w:t xml:space="preserve">Descriere 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E9FC" w14:textId="77777777" w:rsidR="0004206E" w:rsidRDefault="0004206E" w:rsidP="00EE0C76">
            <w:pPr>
              <w:spacing w:after="0" w:line="312" w:lineRule="auto"/>
              <w:ind w:right="59"/>
              <w:jc w:val="both"/>
              <w:rPr>
                <w:sz w:val="22"/>
              </w:rPr>
            </w:pPr>
            <w:r>
              <w:rPr>
                <w:sz w:val="22"/>
              </w:rPr>
              <w:t xml:space="preserve">minimum 3 ani experiență în domeniul medical; </w:t>
            </w:r>
          </w:p>
          <w:p w14:paraId="084C21A5" w14:textId="77777777" w:rsidR="0004206E" w:rsidRDefault="0004206E" w:rsidP="00EE0C76">
            <w:pPr>
              <w:spacing w:after="0" w:line="312" w:lineRule="auto"/>
              <w:ind w:right="59"/>
              <w:jc w:val="both"/>
              <w:rPr>
                <w:sz w:val="22"/>
              </w:rPr>
            </w:pPr>
            <w:r>
              <w:rPr>
                <w:sz w:val="22"/>
              </w:rPr>
              <w:t xml:space="preserve">experiență în lucrul cu copii sau tineri constituie avantaj; </w:t>
            </w:r>
          </w:p>
          <w:p w14:paraId="6BB37A26" w14:textId="77777777" w:rsidR="0004206E" w:rsidRDefault="0004206E" w:rsidP="00EE0C76">
            <w:pPr>
              <w:spacing w:after="0" w:line="312" w:lineRule="auto"/>
              <w:ind w:right="59"/>
              <w:jc w:val="both"/>
            </w:pPr>
            <w:r>
              <w:rPr>
                <w:sz w:val="22"/>
              </w:rPr>
              <w:t xml:space="preserve">experiență în programe educaționale sau sociale constituie </w:t>
            </w:r>
          </w:p>
          <w:p w14:paraId="5F620162" w14:textId="77777777" w:rsidR="0004206E" w:rsidRDefault="0004206E" w:rsidP="00EE0C76">
            <w:pPr>
              <w:spacing w:after="0"/>
              <w:ind w:right="442"/>
              <w:rPr>
                <w:sz w:val="22"/>
              </w:rPr>
            </w:pPr>
            <w:r>
              <w:rPr>
                <w:sz w:val="22"/>
              </w:rPr>
              <w:t xml:space="preserve">avantaj; </w:t>
            </w:r>
          </w:p>
          <w:p w14:paraId="4DDBF6ED" w14:textId="77777777" w:rsidR="0004206E" w:rsidRDefault="0004206E" w:rsidP="00EE0C76">
            <w:pPr>
              <w:spacing w:after="0"/>
              <w:ind w:right="442"/>
            </w:pPr>
            <w:r>
              <w:rPr>
                <w:sz w:val="22"/>
              </w:rPr>
              <w:t xml:space="preserve">experiență în acordarea primului ajutor și activități de prevenție. </w:t>
            </w:r>
          </w:p>
        </w:tc>
      </w:tr>
      <w:tr w:rsidR="0004206E" w14:paraId="7B6BFD21" w14:textId="77777777" w:rsidTr="00EE0C76">
        <w:trPr>
          <w:trHeight w:val="343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E88B" w14:textId="77777777" w:rsidR="0004206E" w:rsidRDefault="0004206E" w:rsidP="00EE0C76">
            <w:pPr>
              <w:spacing w:after="0"/>
            </w:pPr>
            <w:r>
              <w:rPr>
                <w:color w:val="002060"/>
                <w:sz w:val="22"/>
              </w:rPr>
              <w:t xml:space="preserve">Durată solicitată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F06B" w14:textId="77777777" w:rsidR="0004206E" w:rsidRDefault="0004206E" w:rsidP="00EE0C76">
            <w:pPr>
              <w:spacing w:after="0"/>
            </w:pPr>
            <w:r>
              <w:rPr>
                <w:sz w:val="22"/>
              </w:rPr>
              <w:t xml:space="preserve">&lt; 5 ani </w:t>
            </w:r>
          </w:p>
        </w:tc>
      </w:tr>
      <w:tr w:rsidR="0004206E" w14:paraId="7C127B68" w14:textId="77777777" w:rsidTr="00EE0C76">
        <w:trPr>
          <w:trHeight w:val="34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C708" w14:textId="77777777" w:rsidR="0004206E" w:rsidRDefault="0004206E" w:rsidP="00EE0C76">
            <w:pPr>
              <w:spacing w:after="0"/>
              <w:ind w:right="56"/>
              <w:jc w:val="center"/>
            </w:pPr>
            <w:r>
              <w:rPr>
                <w:b/>
                <w:color w:val="002060"/>
                <w:sz w:val="22"/>
              </w:rPr>
              <w:t>COMPETENȚE</w:t>
            </w:r>
            <w:r>
              <w:rPr>
                <w:b/>
                <w:i/>
                <w:color w:val="002060"/>
                <w:sz w:val="22"/>
              </w:rPr>
              <w:t xml:space="preserve"> </w:t>
            </w:r>
            <w:r>
              <w:rPr>
                <w:b/>
                <w:color w:val="002060"/>
                <w:sz w:val="22"/>
              </w:rPr>
              <w:t xml:space="preserve">SOLICITATE </w:t>
            </w:r>
          </w:p>
        </w:tc>
      </w:tr>
      <w:tr w:rsidR="0004206E" w14:paraId="50A1D83D" w14:textId="77777777" w:rsidTr="00EE0C76">
        <w:trPr>
          <w:trHeight w:val="108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4E92" w14:textId="77777777" w:rsidR="0004206E" w:rsidRDefault="0004206E" w:rsidP="00EE0C76">
            <w:pPr>
              <w:spacing w:after="1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19802A" wp14:editId="4C56B475">
                      <wp:simplePos x="0" y="0"/>
                      <wp:positionH relativeFrom="column">
                        <wp:posOffset>1448130</wp:posOffset>
                      </wp:positionH>
                      <wp:positionV relativeFrom="paragraph">
                        <wp:posOffset>-28488</wp:posOffset>
                      </wp:positionV>
                      <wp:extent cx="6096" cy="681533"/>
                      <wp:effectExtent l="0" t="0" r="0" b="0"/>
                      <wp:wrapSquare wrapText="bothSides"/>
                      <wp:docPr id="3178" name="Group 3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681533"/>
                                <a:chOff x="0" y="0"/>
                                <a:chExt cx="6096" cy="681533"/>
                              </a:xfrm>
                            </wpg:grpSpPr>
                            <wps:wsp>
                              <wps:cNvPr id="3453" name="Shape 3453"/>
                              <wps:cNvSpPr/>
                              <wps:spPr>
                                <a:xfrm>
                                  <a:off x="0" y="0"/>
                                  <a:ext cx="9144" cy="681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6815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681533"/>
                                      </a:lnTo>
                                      <a:lnTo>
                                        <a:pt x="0" y="6815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0C18E2" id="Group 3178" o:spid="_x0000_s1026" style="position:absolute;margin-left:114.05pt;margin-top:-2.25pt;width:.5pt;height:53.65pt;z-index:251659264" coordsize="60,6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">
                      <v:shape id="Shape 3453" o:spid="_x0000_s1027" style="position:absolute;width:91;height:6815;visibility:visible;mso-wrap-style:square;v-text-anchor:top" coordsize="9144,681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" path="m,l9144,r,681533l,681533,,e" fillcolor="black" stroked="f" strokeweight="0">
                        <v:stroke miterlimit="83231f" joinstyle="miter"/>
                        <v:path arrowok="t" textboxrect="0,0,9144,681533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Georgia" w:eastAsia="Georgia" w:hAnsi="Georgia" w:cs="Georgia"/>
                <w:sz w:val="28"/>
              </w:rPr>
              <w:t xml:space="preserve">Descriere </w:t>
            </w:r>
            <w:r>
              <w:rPr>
                <w:sz w:val="22"/>
              </w:rPr>
              <w:t xml:space="preserve">• Cunoștințe solide în domeniul îngrijirii primare </w:t>
            </w:r>
          </w:p>
          <w:p w14:paraId="087438BE" w14:textId="77777777" w:rsidR="0004206E" w:rsidRDefault="0004206E" w:rsidP="00EE0C76">
            <w:pPr>
              <w:spacing w:after="70"/>
              <w:ind w:left="2312"/>
            </w:pPr>
            <w:r>
              <w:rPr>
                <w:sz w:val="22"/>
              </w:rPr>
              <w:t xml:space="preserve">Rezistență la stres și abilități de lucru în ture </w:t>
            </w:r>
          </w:p>
          <w:p w14:paraId="6DB194AE" w14:textId="77777777" w:rsidR="0004206E" w:rsidRDefault="0004206E" w:rsidP="00EE0C76">
            <w:pPr>
              <w:spacing w:after="0"/>
              <w:ind w:left="2312"/>
            </w:pPr>
            <w:r>
              <w:rPr>
                <w:sz w:val="22"/>
              </w:rPr>
              <w:t>Spirit de observație, promptitudine în intervenții</w:t>
            </w:r>
            <w:r>
              <w:rPr>
                <w:rFonts w:ascii="Georgia" w:eastAsia="Georgia" w:hAnsi="Georgia" w:cs="Georgia"/>
                <w:sz w:val="28"/>
              </w:rPr>
              <w:t xml:space="preserve"> </w:t>
            </w:r>
          </w:p>
        </w:tc>
      </w:tr>
      <w:tr w:rsidR="0004206E" w14:paraId="28123DA4" w14:textId="77777777" w:rsidTr="00EE0C76">
        <w:trPr>
          <w:trHeight w:val="343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6DE8" w14:textId="77777777" w:rsidR="0004206E" w:rsidRDefault="0004206E" w:rsidP="00EE0C76">
            <w:pPr>
              <w:spacing w:after="0"/>
              <w:ind w:right="58"/>
              <w:jc w:val="center"/>
            </w:pPr>
            <w:r>
              <w:rPr>
                <w:b/>
                <w:color w:val="002060"/>
                <w:sz w:val="22"/>
              </w:rPr>
              <w:t xml:space="preserve">LIMBI STRAINE SOLICITATE </w:t>
            </w:r>
          </w:p>
        </w:tc>
      </w:tr>
      <w:tr w:rsidR="0004206E" w14:paraId="37A19CA1" w14:textId="77777777" w:rsidTr="00EE0C76">
        <w:trPr>
          <w:trHeight w:val="343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86D5" w14:textId="77777777" w:rsidR="0004206E" w:rsidRDefault="0004206E" w:rsidP="00EE0C76">
            <w:pPr>
              <w:spacing w:after="0"/>
            </w:pPr>
            <w:r>
              <w:rPr>
                <w:color w:val="002060"/>
                <w:sz w:val="22"/>
              </w:rPr>
              <w:t xml:space="preserve">Limba 1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7371" w14:textId="77777777" w:rsidR="0004206E" w:rsidRDefault="0004206E" w:rsidP="00EE0C76">
            <w:pPr>
              <w:spacing w:after="0"/>
            </w:pPr>
            <w:r>
              <w:rPr>
                <w:sz w:val="22"/>
              </w:rPr>
              <w:t xml:space="preserve">Engleza </w:t>
            </w:r>
          </w:p>
        </w:tc>
      </w:tr>
      <w:tr w:rsidR="0004206E" w:rsidRPr="0004206E" w14:paraId="44BAD8C5" w14:textId="77777777" w:rsidTr="00EE0C76">
        <w:trPr>
          <w:trHeight w:val="636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9997" w14:textId="77777777" w:rsidR="0004206E" w:rsidRDefault="0004206E" w:rsidP="00EE0C76">
            <w:pPr>
              <w:spacing w:after="0"/>
            </w:pPr>
            <w:r>
              <w:rPr>
                <w:i/>
                <w:color w:val="002060"/>
                <w:sz w:val="22"/>
              </w:rPr>
              <w:t xml:space="preserve">Înțelegere 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0C2C" w14:textId="77777777" w:rsidR="0004206E" w:rsidRPr="0004206E" w:rsidRDefault="0004206E" w:rsidP="00EE0C76">
            <w:pPr>
              <w:spacing w:after="0"/>
              <w:ind w:right="1896"/>
              <w:rPr>
                <w:i/>
                <w:sz w:val="22"/>
                <w:lang w:val="es-ES"/>
              </w:rPr>
            </w:pPr>
            <w:r w:rsidRPr="0004206E">
              <w:rPr>
                <w:i/>
                <w:sz w:val="22"/>
                <w:lang w:val="es-ES"/>
              </w:rPr>
              <w:t xml:space="preserve">Audiție: A1 – Utilizator elementar nivel 1 </w:t>
            </w:r>
          </w:p>
          <w:p w14:paraId="0C9ED76B" w14:textId="77777777" w:rsidR="0004206E" w:rsidRPr="0004206E" w:rsidRDefault="0004206E" w:rsidP="00EE0C76">
            <w:pPr>
              <w:spacing w:after="0"/>
              <w:ind w:right="1896"/>
              <w:rPr>
                <w:lang w:val="es-ES"/>
              </w:rPr>
            </w:pPr>
            <w:r w:rsidRPr="0004206E">
              <w:rPr>
                <w:i/>
                <w:sz w:val="22"/>
                <w:lang w:val="es-ES"/>
              </w:rPr>
              <w:t xml:space="preserve">Scriere: A1 – Utilizator elementar nivel 1 </w:t>
            </w:r>
          </w:p>
        </w:tc>
      </w:tr>
      <w:tr w:rsidR="0004206E" w:rsidRPr="0004206E" w14:paraId="5712E95E" w14:textId="77777777" w:rsidTr="00EE0C76">
        <w:trPr>
          <w:trHeight w:val="636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E08C" w14:textId="77777777" w:rsidR="0004206E" w:rsidRDefault="0004206E" w:rsidP="00EE0C76">
            <w:pPr>
              <w:spacing w:after="0"/>
            </w:pPr>
            <w:r>
              <w:rPr>
                <w:i/>
                <w:color w:val="002060"/>
                <w:sz w:val="22"/>
              </w:rPr>
              <w:t xml:space="preserve">Vorbire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32AD" w14:textId="77777777" w:rsidR="0004206E" w:rsidRPr="0004206E" w:rsidRDefault="0004206E" w:rsidP="00EE0C76">
            <w:pPr>
              <w:spacing w:after="0"/>
              <w:ind w:right="1149"/>
              <w:rPr>
                <w:i/>
                <w:sz w:val="22"/>
                <w:lang w:val="es-ES"/>
              </w:rPr>
            </w:pPr>
            <w:r w:rsidRPr="0004206E">
              <w:rPr>
                <w:i/>
                <w:sz w:val="22"/>
                <w:lang w:val="es-ES"/>
              </w:rPr>
              <w:t xml:space="preserve">Conversatie: A1 – Utilizator elementar nivel 1 </w:t>
            </w:r>
          </w:p>
          <w:p w14:paraId="0F15EC32" w14:textId="77777777" w:rsidR="0004206E" w:rsidRPr="0004206E" w:rsidRDefault="0004206E" w:rsidP="00EE0C76">
            <w:pPr>
              <w:spacing w:after="0"/>
              <w:ind w:right="1149"/>
              <w:rPr>
                <w:lang w:val="es-ES"/>
              </w:rPr>
            </w:pPr>
            <w:r w:rsidRPr="0004206E">
              <w:rPr>
                <w:i/>
                <w:sz w:val="22"/>
                <w:lang w:val="es-ES"/>
              </w:rPr>
              <w:t xml:space="preserve">Pronuntie: A1 – Utilizator elementar nivel 1 </w:t>
            </w:r>
          </w:p>
        </w:tc>
      </w:tr>
      <w:tr w:rsidR="0004206E" w14:paraId="2562243F" w14:textId="77777777" w:rsidTr="00EE0C76">
        <w:trPr>
          <w:trHeight w:val="343"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A5A0" w14:textId="77777777" w:rsidR="0004206E" w:rsidRDefault="0004206E" w:rsidP="00EE0C76">
            <w:pPr>
              <w:spacing w:after="0"/>
            </w:pPr>
            <w:r>
              <w:rPr>
                <w:i/>
                <w:color w:val="002060"/>
                <w:sz w:val="22"/>
              </w:rPr>
              <w:t xml:space="preserve">Scriere 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A2E0" w14:textId="77777777" w:rsidR="0004206E" w:rsidRDefault="0004206E" w:rsidP="00EE0C76">
            <w:pPr>
              <w:spacing w:after="0"/>
            </w:pPr>
            <w:r>
              <w:rPr>
                <w:i/>
                <w:sz w:val="22"/>
              </w:rPr>
              <w:t xml:space="preserve">A1 – Utilizator elementar nivel 1 </w:t>
            </w:r>
          </w:p>
        </w:tc>
      </w:tr>
    </w:tbl>
    <w:p w14:paraId="4115598E" w14:textId="77777777" w:rsidR="0004206E" w:rsidRDefault="0004206E" w:rsidP="0004206E">
      <w:pPr>
        <w:spacing w:after="0" w:line="481" w:lineRule="auto"/>
        <w:ind w:right="8968"/>
        <w:jc w:val="both"/>
        <w:rPr>
          <w:sz w:val="22"/>
        </w:rPr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sz w:val="22"/>
        </w:rPr>
        <w:t xml:space="preserve"> </w:t>
      </w:r>
    </w:p>
    <w:p w14:paraId="73A85B0C" w14:textId="77777777" w:rsidR="00157769" w:rsidRDefault="00157769">
      <w:pPr>
        <w:spacing w:after="20"/>
      </w:pPr>
    </w:p>
    <w:sectPr w:rsidR="00157769" w:rsidSect="0038293F">
      <w:headerReference w:type="default" r:id="rId8"/>
      <w:footerReference w:type="default" r:id="rId9"/>
      <w:pgSz w:w="11906" w:h="16838"/>
      <w:pgMar w:top="794" w:right="850" w:bottom="794" w:left="850" w:header="170" w:footer="2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94DA9" w14:textId="77777777" w:rsidR="00B659F8" w:rsidRDefault="00B659F8">
      <w:pPr>
        <w:spacing w:after="0" w:line="240" w:lineRule="auto"/>
      </w:pPr>
      <w:r>
        <w:separator/>
      </w:r>
    </w:p>
  </w:endnote>
  <w:endnote w:type="continuationSeparator" w:id="0">
    <w:p w14:paraId="086D6EDC" w14:textId="77777777" w:rsidR="00B659F8" w:rsidRDefault="00B65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MS">
    <w:altName w:val="Ink Fre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C53E9" w14:textId="2B5B8F9C" w:rsidR="00157769" w:rsidRDefault="00A90E8A" w:rsidP="00A90E8A">
    <w:pPr>
      <w:pStyle w:val="Footer"/>
      <w:jc w:val="center"/>
    </w:pPr>
    <w:r>
      <w:rPr>
        <w:noProof/>
      </w:rPr>
      <w:drawing>
        <wp:inline distT="0" distB="0" distL="0" distR="0" wp14:anchorId="67A4F192" wp14:editId="6B6DC800">
          <wp:extent cx="561975" cy="561975"/>
          <wp:effectExtent l="0" t="0" r="9525" b="9525"/>
          <wp:docPr id="18674981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613A328" w14:textId="3E9E9573" w:rsidR="0038293F" w:rsidRPr="0038293F" w:rsidRDefault="0038293F" w:rsidP="0038293F">
    <w:pPr>
      <w:pStyle w:val="Header"/>
      <w:jc w:val="center"/>
      <w:rPr>
        <w:rFonts w:ascii="TrebuchetMS" w:hAnsi="TrebuchetMS"/>
      </w:rPr>
    </w:pPr>
    <w:r w:rsidRPr="0080476E">
      <w:rPr>
        <w:rFonts w:ascii="TrebuchetMS" w:hAnsi="TrebuchetMS"/>
      </w:rPr>
      <w:t xml:space="preserve">Proiect co-finanţat din </w:t>
    </w:r>
    <w:r w:rsidRPr="00A841DA">
      <w:rPr>
        <w:rFonts w:ascii="TrebuchetMS" w:hAnsi="TrebuchetMS"/>
      </w:rPr>
      <w:t>Programul Incluziune și Demnitate Socială</w:t>
    </w:r>
    <w:r>
      <w:rPr>
        <w:rFonts w:ascii="TrebuchetMS" w:hAnsi="TrebuchetMS"/>
      </w:rPr>
      <w:t xml:space="preserve"> </w:t>
    </w:r>
    <w:r w:rsidRPr="00A841DA">
      <w:rPr>
        <w:rFonts w:ascii="TrebuchetMS" w:hAnsi="TrebuchetMS"/>
      </w:rPr>
      <w:t>(PIDS) 2021-2027</w:t>
    </w:r>
  </w:p>
  <w:p w14:paraId="48F16F34" w14:textId="77777777" w:rsidR="0038293F" w:rsidRPr="00A90E8A" w:rsidRDefault="0038293F" w:rsidP="00A90E8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9157" w14:textId="77777777" w:rsidR="00B659F8" w:rsidRDefault="00B659F8">
      <w:pPr>
        <w:spacing w:after="0" w:line="240" w:lineRule="auto"/>
      </w:pPr>
      <w:r>
        <w:separator/>
      </w:r>
    </w:p>
  </w:footnote>
  <w:footnote w:type="continuationSeparator" w:id="0">
    <w:p w14:paraId="2EAA82C8" w14:textId="77777777" w:rsidR="00B659F8" w:rsidRDefault="00B65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4060"/>
      <w:gridCol w:w="1238"/>
      <w:gridCol w:w="1180"/>
      <w:gridCol w:w="2909"/>
    </w:tblGrid>
    <w:tr w:rsidR="001609E1" w14:paraId="178EB098" w14:textId="77777777" w:rsidTr="001609E1">
      <w:trPr>
        <w:jc w:val="center"/>
      </w:trPr>
      <w:tc>
        <w:tcPr>
          <w:tcW w:w="406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4F912E1" w14:textId="77777777" w:rsidR="001609E1" w:rsidRDefault="001609E1">
          <w:pPr>
            <w:spacing w:after="0"/>
          </w:pPr>
        </w:p>
        <w:tbl>
          <w:tblPr>
            <w:tblW w:w="8675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A0" w:firstRow="1" w:lastRow="0" w:firstColumn="1" w:lastColumn="0" w:noHBand="0" w:noVBand="1"/>
          </w:tblPr>
          <w:tblGrid>
            <w:gridCol w:w="1929"/>
            <w:gridCol w:w="6746"/>
          </w:tblGrid>
          <w:tr w:rsidR="001609E1" w14:paraId="397D3DCF" w14:textId="77777777" w:rsidTr="001609E1">
            <w:tc>
              <w:tcPr>
                <w:tcW w:w="1929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425635CD" w14:textId="77777777" w:rsidR="001609E1" w:rsidRDefault="001609E1">
                <w:pPr>
                  <w:spacing w:after="0"/>
                </w:pPr>
                <w:r>
                  <w:rPr>
                    <w:noProof/>
                  </w:rPr>
                  <w:drawing>
                    <wp:inline distT="0" distB="0" distL="0" distR="0" wp14:anchorId="52445C57" wp14:editId="239762C7">
                      <wp:extent cx="1161288" cy="727740"/>
                      <wp:effectExtent l="0" t="0" r="0" b="0"/>
                      <wp:docPr id="225685003" name="Picture 2256850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u_logo_exact_from_manual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61288" cy="7277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746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005AE12D" w14:textId="77777777" w:rsidR="001609E1" w:rsidRDefault="001609E1">
                <w:pPr>
                  <w:spacing w:after="0" w:line="228" w:lineRule="auto"/>
                </w:pPr>
                <w:r>
                  <w:rPr>
                    <w:b/>
                    <w:color w:val="003399"/>
                    <w:sz w:val="19"/>
                  </w:rPr>
                  <w:t>Cofinanțat de</w:t>
                </w:r>
                <w:r>
                  <w:rPr>
                    <w:b/>
                    <w:color w:val="003399"/>
                    <w:sz w:val="19"/>
                  </w:rPr>
                  <w:br/>
                  <w:t>Uniunea Europeană</w:t>
                </w:r>
              </w:p>
            </w:tc>
          </w:tr>
        </w:tbl>
        <w:p w14:paraId="14B90C77" w14:textId="77777777" w:rsidR="001609E1" w:rsidRDefault="001609E1"/>
      </w:tc>
      <w:tc>
        <w:tcPr>
          <w:tcW w:w="123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A1FE010" w14:textId="415EA899" w:rsidR="001609E1" w:rsidRDefault="001609E1">
          <w:r>
            <w:t xml:space="preserve">                                         </w:t>
          </w:r>
        </w:p>
      </w:tc>
      <w:tc>
        <w:tcPr>
          <w:tcW w:w="11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3E38D71" w14:textId="5E6CD647" w:rsidR="001609E1" w:rsidRDefault="001609E1">
          <w:pPr>
            <w:spacing w:after="0"/>
            <w:jc w:val="center"/>
          </w:pPr>
          <w:r>
            <w:t xml:space="preserve">  </w:t>
          </w:r>
        </w:p>
      </w:tc>
      <w:tc>
        <w:tcPr>
          <w:tcW w:w="290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B61AC4" w14:textId="6E651B87" w:rsidR="001609E1" w:rsidRDefault="001609E1" w:rsidP="001609E1">
          <w:pPr>
            <w:ind w:firstLine="1617"/>
          </w:pPr>
          <w:r>
            <w:rPr>
              <w:noProof/>
            </w:rPr>
            <w:drawing>
              <wp:inline distT="0" distB="0" distL="0" distR="0" wp14:anchorId="37DDF63E" wp14:editId="593C6716">
                <wp:extent cx="679643" cy="684000"/>
                <wp:effectExtent l="0" t="0" r="0" b="0"/>
                <wp:docPr id="116259145" name="Picture 116259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_logo_exact_from_manu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643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3D4EB2"/>
    <w:multiLevelType w:val="hybridMultilevel"/>
    <w:tmpl w:val="7242CE74"/>
    <w:lvl w:ilvl="0" w:tplc="E3943A9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8817AC">
      <w:start w:val="2"/>
      <w:numFmt w:val="decimal"/>
      <w:lvlRestart w:val="0"/>
      <w:lvlText w:val="%2."/>
      <w:lvlJc w:val="left"/>
      <w:pPr>
        <w:ind w:left="9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0A05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74753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3874D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4AB6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14AA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A046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45F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05584504">
    <w:abstractNumId w:val="8"/>
  </w:num>
  <w:num w:numId="2" w16cid:durableId="2070956447">
    <w:abstractNumId w:val="6"/>
  </w:num>
  <w:num w:numId="3" w16cid:durableId="785391367">
    <w:abstractNumId w:val="5"/>
  </w:num>
  <w:num w:numId="4" w16cid:durableId="163984548">
    <w:abstractNumId w:val="4"/>
  </w:num>
  <w:num w:numId="5" w16cid:durableId="2096439718">
    <w:abstractNumId w:val="7"/>
  </w:num>
  <w:num w:numId="6" w16cid:durableId="1324310411">
    <w:abstractNumId w:val="3"/>
  </w:num>
  <w:num w:numId="7" w16cid:durableId="414671624">
    <w:abstractNumId w:val="2"/>
  </w:num>
  <w:num w:numId="8" w16cid:durableId="1854152258">
    <w:abstractNumId w:val="1"/>
  </w:num>
  <w:num w:numId="9" w16cid:durableId="1498107284">
    <w:abstractNumId w:val="0"/>
  </w:num>
  <w:num w:numId="10" w16cid:durableId="17895406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06E"/>
    <w:rsid w:val="0006063C"/>
    <w:rsid w:val="00065D21"/>
    <w:rsid w:val="0015074B"/>
    <w:rsid w:val="00157769"/>
    <w:rsid w:val="001609E1"/>
    <w:rsid w:val="001D7D38"/>
    <w:rsid w:val="0029639D"/>
    <w:rsid w:val="00326F90"/>
    <w:rsid w:val="0038293F"/>
    <w:rsid w:val="005E49CE"/>
    <w:rsid w:val="00610F15"/>
    <w:rsid w:val="0061377B"/>
    <w:rsid w:val="00643088"/>
    <w:rsid w:val="006613C7"/>
    <w:rsid w:val="006A24B8"/>
    <w:rsid w:val="00715D5B"/>
    <w:rsid w:val="00794320"/>
    <w:rsid w:val="00913636"/>
    <w:rsid w:val="00A056A8"/>
    <w:rsid w:val="00A06018"/>
    <w:rsid w:val="00A90E8A"/>
    <w:rsid w:val="00AA1D8D"/>
    <w:rsid w:val="00AC24CB"/>
    <w:rsid w:val="00B47730"/>
    <w:rsid w:val="00B659F8"/>
    <w:rsid w:val="00BB06C9"/>
    <w:rsid w:val="00CB0664"/>
    <w:rsid w:val="00D35E7E"/>
    <w:rsid w:val="00D605C5"/>
    <w:rsid w:val="00F05B7B"/>
    <w:rsid w:val="00FC693F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2C2CFA"/>
  <w14:defaultImageDpi w14:val="300"/>
  <w15:docId w15:val="{D2463512-3CC7-43A2-A8DE-D751A31B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 w:cs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A6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59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rial" w:eastAsia="Arial" w:hAnsi="Arial" w:cs="Arial"/>
      <w:b/>
      <w:color w:val="CD9923"/>
      <w:sz w:val="20"/>
    </w:rPr>
  </w:style>
  <w:style w:type="character" w:styleId="Hyperlink">
    <w:name w:val="Hyperlink"/>
    <w:basedOn w:val="DefaultParagraphFont"/>
    <w:uiPriority w:val="99"/>
    <w:unhideWhenUsed/>
    <w:rsid w:val="001609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9E1"/>
    <w:rPr>
      <w:color w:val="605E5C"/>
      <w:shd w:val="clear" w:color="auto" w:fill="E1DFDD"/>
    </w:rPr>
  </w:style>
  <w:style w:type="table" w:customStyle="1" w:styleId="TableGrid0">
    <w:name w:val="TableGrid"/>
    <w:rsid w:val="0004206E"/>
    <w:pPr>
      <w:spacing w:after="0" w:line="240" w:lineRule="auto"/>
    </w:pPr>
    <w:rPr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Comunicat de presă - AVRIG = ACASĂ în Țara Făgărașului</vt:lpstr>
    </vt:vector>
  </TitlesOfParts>
  <Manager/>
  <Company/>
  <LinksUpToDate>false</LinksUpToDate>
  <CharactersWithSpaces>3184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 de presă - AVRIG = ACASĂ în Țara Făgărașului</dc:title>
  <dc:subject>Comunicat de presă cu însemne grafice extrase din Ghidul de identitate vizuală atașat</dc:subject>
  <dc:creator>Orașul Avrig</dc:creator>
  <cp:keywords/>
  <dc:description>generated by python-docx</dc:description>
  <cp:lastModifiedBy>Simona Ianos</cp:lastModifiedBy>
  <cp:revision>2</cp:revision>
  <dcterms:created xsi:type="dcterms:W3CDTF">2026-09-16T12:54:00Z</dcterms:created>
  <dcterms:modified xsi:type="dcterms:W3CDTF">2026-09-16T12:54:00Z</dcterms:modified>
  <cp:category/>
</cp:coreProperties>
</file>